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BFD59" w14:textId="77777777" w:rsidR="00CE171F" w:rsidRDefault="00000000">
      <w:pPr>
        <w:jc w:val="right"/>
      </w:pPr>
      <w:r>
        <w:rPr>
          <w:b/>
          <w:lang w:val="ja-JP" w:eastAsia="ja-JP"/>
        </w:rPr>
        <w:t>様式６</w:t>
      </w:r>
    </w:p>
    <w:p w14:paraId="37F30458" w14:textId="77777777" w:rsidR="00CE171F" w:rsidRDefault="00000000" w:rsidP="00395F0B">
      <w:pPr>
        <w:spacing w:after="120"/>
        <w:jc w:val="right"/>
      </w:pPr>
      <w:r>
        <w:rPr>
          <w:lang w:val="ja-JP" w:eastAsia="ja-JP"/>
        </w:rPr>
        <w:t>令和８年　　月　　日</w:t>
      </w:r>
    </w:p>
    <w:p w14:paraId="00FA629D" w14:textId="77777777" w:rsidR="00CE171F" w:rsidRDefault="00000000" w:rsidP="00395F0B">
      <w:pPr>
        <w:spacing w:after="120"/>
        <w:rPr>
          <w:lang w:eastAsia="ja-JP"/>
        </w:rPr>
      </w:pPr>
      <w:r>
        <w:t>（</w:t>
      </w:r>
      <w:proofErr w:type="spellStart"/>
      <w:r>
        <w:t>宛先）京都市長</w:t>
      </w:r>
      <w:proofErr w:type="spellEnd"/>
    </w:p>
    <w:p w14:paraId="5BD004B6" w14:textId="468F405E" w:rsidR="00395F0B" w:rsidRDefault="00395F0B" w:rsidP="00395F0B">
      <w:pPr>
        <w:wordWrap w:val="0"/>
        <w:spacing w:after="0"/>
        <w:jc w:val="right"/>
        <w:rPr>
          <w:lang w:eastAsia="ja-JP"/>
        </w:rPr>
      </w:pPr>
      <w:r>
        <w:rPr>
          <w:rFonts w:hint="eastAsia"/>
          <w:lang w:eastAsia="ja-JP"/>
        </w:rPr>
        <w:t>所在地</w:t>
      </w:r>
      <w:r>
        <w:rPr>
          <w:rFonts w:hint="eastAsia"/>
          <w:lang w:eastAsia="ja-JP"/>
        </w:rPr>
        <w:t xml:space="preserve">　　　　　　　　　</w:t>
      </w:r>
    </w:p>
    <w:p w14:paraId="5651A62A" w14:textId="1DA7B9CA" w:rsidR="00395F0B" w:rsidRDefault="00395F0B" w:rsidP="00395F0B">
      <w:pPr>
        <w:wordWrap w:val="0"/>
        <w:spacing w:after="0"/>
        <w:jc w:val="right"/>
        <w:rPr>
          <w:lang w:eastAsia="ja-JP"/>
        </w:rPr>
      </w:pPr>
      <w:r>
        <w:rPr>
          <w:rFonts w:hint="eastAsia"/>
          <w:lang w:eastAsia="ja-JP"/>
        </w:rPr>
        <w:t>商号又は名称</w:t>
      </w:r>
      <w:r>
        <w:rPr>
          <w:rFonts w:hint="eastAsia"/>
          <w:lang w:eastAsia="ja-JP"/>
        </w:rPr>
        <w:t xml:space="preserve">　　　　　　　　　</w:t>
      </w:r>
    </w:p>
    <w:p w14:paraId="579C46B6" w14:textId="48ABC10C" w:rsidR="00395F0B" w:rsidRDefault="00395F0B" w:rsidP="00395F0B">
      <w:pPr>
        <w:wordWrap w:val="0"/>
        <w:spacing w:after="0"/>
        <w:jc w:val="right"/>
        <w:rPr>
          <w:rFonts w:hint="eastAsia"/>
          <w:lang w:eastAsia="ja-JP"/>
        </w:rPr>
      </w:pPr>
      <w:r>
        <w:rPr>
          <w:rFonts w:hint="eastAsia"/>
          <w:lang w:eastAsia="ja-JP"/>
        </w:rPr>
        <w:t>代表者職・氏名</w:t>
      </w:r>
      <w:r>
        <w:rPr>
          <w:rFonts w:hint="eastAsia"/>
          <w:lang w:eastAsia="ja-JP"/>
        </w:rPr>
        <w:t xml:space="preserve">　　　　　　　　　</w:t>
      </w:r>
    </w:p>
    <w:p w14:paraId="3C983AC1" w14:textId="77777777" w:rsidR="00CE171F" w:rsidRDefault="00000000">
      <w:pPr>
        <w:spacing w:before="480" w:after="560"/>
        <w:jc w:val="center"/>
        <w:rPr>
          <w:lang w:eastAsia="ja-JP"/>
        </w:rPr>
      </w:pPr>
      <w:r>
        <w:rPr>
          <w:b/>
          <w:sz w:val="36"/>
          <w:lang w:val="ja-JP" w:eastAsia="ja-JP"/>
        </w:rPr>
        <w:t>辞　退　届</w:t>
      </w:r>
    </w:p>
    <w:p w14:paraId="3712CAFE" w14:textId="77777777" w:rsidR="00CE171F" w:rsidRDefault="00000000">
      <w:pPr>
        <w:spacing w:after="0" w:line="360" w:lineRule="auto"/>
        <w:ind w:firstLine="567"/>
        <w:rPr>
          <w:lang w:eastAsia="ja-JP"/>
        </w:rPr>
      </w:pPr>
      <w:r>
        <w:rPr>
          <w:lang w:val="ja-JP" w:eastAsia="ja-JP"/>
        </w:rPr>
        <w:t>都合により、令和８年　月　日付けで参加意向確認書を提出した、京都市総合教育センターポータルサイト移行業務委託に係る公募型プロポーザルへの参加を辞退します。</w:t>
      </w:r>
    </w:p>
    <w:p w14:paraId="670233AF" w14:textId="77777777" w:rsidR="00CE171F" w:rsidRDefault="00000000">
      <w:pPr>
        <w:spacing w:before="560"/>
        <w:rPr>
          <w:lang w:eastAsia="ja-JP"/>
        </w:rPr>
      </w:pPr>
      <w:r>
        <w:rPr>
          <w:sz w:val="19"/>
          <w:lang w:val="ja-JP" w:eastAsia="ja-JP"/>
        </w:rPr>
        <w:t>※　本様式への押印は不要です。</w:t>
      </w:r>
    </w:p>
    <w:sectPr w:rsidR="00CE171F" w:rsidSect="00034616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2BD6B" w14:textId="77777777" w:rsidR="00946E0D" w:rsidRDefault="00946E0D">
      <w:pPr>
        <w:spacing w:after="0" w:line="240" w:lineRule="auto"/>
      </w:pPr>
      <w:r>
        <w:separator/>
      </w:r>
    </w:p>
  </w:endnote>
  <w:endnote w:type="continuationSeparator" w:id="0">
    <w:p w14:paraId="290762D6" w14:textId="77777777" w:rsidR="00946E0D" w:rsidRDefault="00946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79481" w14:textId="77777777" w:rsidR="00CE171F" w:rsidRDefault="00CE171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F73C4" w14:textId="77777777" w:rsidR="00CE171F" w:rsidRDefault="00CE17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74CD0" w14:textId="77777777" w:rsidR="00946E0D" w:rsidRDefault="00946E0D">
      <w:pPr>
        <w:spacing w:after="0" w:line="240" w:lineRule="auto"/>
      </w:pPr>
      <w:r>
        <w:separator/>
      </w:r>
    </w:p>
  </w:footnote>
  <w:footnote w:type="continuationSeparator" w:id="0">
    <w:p w14:paraId="2A10D0B7" w14:textId="77777777" w:rsidR="00946E0D" w:rsidRDefault="00946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8B1BA" w14:textId="77777777" w:rsidR="00CE171F" w:rsidRDefault="00CE171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CA14B" w14:textId="77777777" w:rsidR="00CE171F" w:rsidRDefault="00CE171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8521107">
    <w:abstractNumId w:val="8"/>
  </w:num>
  <w:num w:numId="2" w16cid:durableId="2048482303">
    <w:abstractNumId w:val="6"/>
  </w:num>
  <w:num w:numId="3" w16cid:durableId="401560696">
    <w:abstractNumId w:val="5"/>
  </w:num>
  <w:num w:numId="4" w16cid:durableId="1123309559">
    <w:abstractNumId w:val="4"/>
  </w:num>
  <w:num w:numId="5" w16cid:durableId="1050304920">
    <w:abstractNumId w:val="7"/>
  </w:num>
  <w:num w:numId="6" w16cid:durableId="2103795984">
    <w:abstractNumId w:val="3"/>
  </w:num>
  <w:num w:numId="7" w16cid:durableId="1081683552">
    <w:abstractNumId w:val="2"/>
  </w:num>
  <w:num w:numId="8" w16cid:durableId="882711570">
    <w:abstractNumId w:val="1"/>
  </w:num>
  <w:num w:numId="9" w16cid:durableId="755398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95F0B"/>
    <w:rsid w:val="003C7624"/>
    <w:rsid w:val="00946E0D"/>
    <w:rsid w:val="00AA1D8D"/>
    <w:rsid w:val="00B47730"/>
    <w:rsid w:val="00CB0664"/>
    <w:rsid w:val="00CE171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019AE8"/>
  <w14:defaultImageDpi w14:val="300"/>
  <w15:docId w15:val="{7B34CE12-C4F8-4FB6-A7CB-17986433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80"/>
    </w:pPr>
    <w:rPr>
      <w:rFonts w:ascii="游明朝" w:eastAsia="游明朝" w:hAnsi="游明朝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中島　健太</dc:creator>
  <cp:keywords/>
  <dc:description>generated by python-docx</dc:description>
  <cp:lastModifiedBy>京都市教育委員会</cp:lastModifiedBy>
  <cp:revision>2</cp:revision>
  <dcterms:created xsi:type="dcterms:W3CDTF">2026-09-02T09:57:00Z</dcterms:created>
  <dcterms:modified xsi:type="dcterms:W3CDTF">2026-09-02T10:02:00Z</dcterms:modified>
  <cp:category/>
  <dc:language>ja-JP</dc:language>
</cp:coreProperties>
</file>