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4662D" w14:textId="77777777" w:rsidR="00FE2050" w:rsidRDefault="008978AC">
      <w:pPr>
        <w:jc w:val="right"/>
        <w:rPr>
          <w:lang w:eastAsia="ja-JP"/>
        </w:rPr>
      </w:pPr>
      <w:r>
        <w:rPr>
          <w:b/>
          <w:lang w:eastAsia="ja-JP"/>
        </w:rPr>
        <w:t>様式３</w:t>
      </w:r>
    </w:p>
    <w:p w14:paraId="5DE0A416" w14:textId="77777777" w:rsidR="00FE2050" w:rsidRDefault="008978AC">
      <w:pPr>
        <w:jc w:val="center"/>
        <w:rPr>
          <w:lang w:eastAsia="ja-JP"/>
        </w:rPr>
      </w:pPr>
      <w:r>
        <w:rPr>
          <w:b/>
          <w:sz w:val="32"/>
          <w:lang w:eastAsia="ja-JP"/>
        </w:rPr>
        <w:t>質問票</w:t>
      </w:r>
    </w:p>
    <w:p w14:paraId="0E03D4BC" w14:textId="77777777" w:rsidR="00FE2050" w:rsidRDefault="008978AC">
      <w:pPr>
        <w:jc w:val="center"/>
        <w:rPr>
          <w:lang w:eastAsia="ja-JP"/>
        </w:rPr>
      </w:pPr>
      <w:r>
        <w:rPr>
          <w:b/>
          <w:lang w:eastAsia="ja-JP"/>
        </w:rPr>
        <w:t>京都市総合教育センターポータルサイト移行業務委託</w:t>
      </w:r>
    </w:p>
    <w:p w14:paraId="4404E39F" w14:textId="77777777" w:rsidR="00FE2050" w:rsidRDefault="008978AC" w:rsidP="008978AC">
      <w:pPr>
        <w:spacing w:beforeLines="100" w:before="240" w:after="240"/>
        <w:rPr>
          <w:lang w:eastAsia="ja-JP"/>
        </w:rPr>
      </w:pPr>
      <w:r>
        <w:rPr>
          <w:b/>
          <w:lang w:eastAsia="ja-JP"/>
        </w:rPr>
        <w:t>京都市教育委員会事務局 京都市総合教育センター研修課 御中</w:t>
      </w:r>
    </w:p>
    <w:p w14:paraId="0A9D34DD" w14:textId="77777777" w:rsidR="00FE2050" w:rsidRDefault="008978AC" w:rsidP="008978AC">
      <w:pPr>
        <w:spacing w:beforeLines="50" w:before="120" w:after="240"/>
        <w:rPr>
          <w:lang w:eastAsia="ja-JP"/>
        </w:rPr>
      </w:pPr>
      <w:r>
        <w:rPr>
          <w:lang w:eastAsia="ja-JP"/>
        </w:rPr>
        <w:t>上記業務に係る公募型プロポーザルについて、次のとおり質問します。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835"/>
        <w:gridCol w:w="1928"/>
        <w:gridCol w:w="2324"/>
      </w:tblGrid>
      <w:tr w:rsidR="00FE2050" w14:paraId="71158637" w14:textId="77777777">
        <w:trPr>
          <w:cantSplit/>
          <w:trHeight w:val="510"/>
          <w:jc w:val="center"/>
        </w:trPr>
        <w:tc>
          <w:tcPr>
            <w:tcW w:w="1984" w:type="dxa"/>
            <w:shd w:val="clear" w:color="auto" w:fill="E7E6E6"/>
            <w:vAlign w:val="center"/>
          </w:tcPr>
          <w:p w14:paraId="4C01BD8E" w14:textId="77777777" w:rsidR="00FE2050" w:rsidRDefault="008978AC">
            <w:pPr>
              <w:spacing w:after="0"/>
              <w:jc w:val="center"/>
            </w:pPr>
            <w:r>
              <w:rPr>
                <w:b/>
                <w:sz w:val="19"/>
              </w:rPr>
              <w:t>提出日</w:t>
            </w:r>
          </w:p>
        </w:tc>
        <w:tc>
          <w:tcPr>
            <w:tcW w:w="2835" w:type="dxa"/>
            <w:vAlign w:val="center"/>
          </w:tcPr>
          <w:p w14:paraId="79D1BE0F" w14:textId="77777777" w:rsidR="00FE2050" w:rsidRDefault="008978AC">
            <w:pPr>
              <w:spacing w:after="0"/>
            </w:pPr>
            <w:r>
              <w:rPr>
                <w:sz w:val="19"/>
              </w:rPr>
              <w:t>令和８年　　月　　日</w:t>
            </w:r>
          </w:p>
        </w:tc>
        <w:tc>
          <w:tcPr>
            <w:tcW w:w="1928" w:type="dxa"/>
            <w:shd w:val="clear" w:color="auto" w:fill="E7E6E6"/>
            <w:vAlign w:val="center"/>
          </w:tcPr>
          <w:p w14:paraId="7E753E9B" w14:textId="77777777" w:rsidR="00FE2050" w:rsidRDefault="008978AC">
            <w:pPr>
              <w:spacing w:after="0"/>
              <w:jc w:val="center"/>
            </w:pPr>
            <w:r>
              <w:rPr>
                <w:b/>
                <w:sz w:val="19"/>
              </w:rPr>
              <w:t>商号又は名称</w:t>
            </w:r>
          </w:p>
        </w:tc>
        <w:tc>
          <w:tcPr>
            <w:tcW w:w="2324" w:type="dxa"/>
            <w:vAlign w:val="center"/>
          </w:tcPr>
          <w:p w14:paraId="72EFB592" w14:textId="77777777" w:rsidR="00FE2050" w:rsidRDefault="00FE2050">
            <w:pPr>
              <w:spacing w:after="0"/>
            </w:pPr>
          </w:p>
        </w:tc>
      </w:tr>
      <w:tr w:rsidR="00FE2050" w14:paraId="3A3418F7" w14:textId="77777777">
        <w:trPr>
          <w:cantSplit/>
          <w:trHeight w:val="510"/>
          <w:jc w:val="center"/>
        </w:trPr>
        <w:tc>
          <w:tcPr>
            <w:tcW w:w="1984" w:type="dxa"/>
            <w:shd w:val="clear" w:color="auto" w:fill="E7E6E6"/>
            <w:vAlign w:val="center"/>
          </w:tcPr>
          <w:p w14:paraId="61CAE6A3" w14:textId="77777777" w:rsidR="00FE2050" w:rsidRDefault="008978AC">
            <w:pPr>
              <w:spacing w:after="0"/>
              <w:jc w:val="center"/>
            </w:pPr>
            <w:r>
              <w:rPr>
                <w:b/>
                <w:sz w:val="19"/>
              </w:rPr>
              <w:t>担当者所属・氏名</w:t>
            </w:r>
          </w:p>
        </w:tc>
        <w:tc>
          <w:tcPr>
            <w:tcW w:w="2835" w:type="dxa"/>
            <w:vAlign w:val="center"/>
          </w:tcPr>
          <w:p w14:paraId="3FFEE264" w14:textId="77777777" w:rsidR="00FE2050" w:rsidRDefault="00FE2050">
            <w:pPr>
              <w:spacing w:after="0"/>
            </w:pPr>
          </w:p>
        </w:tc>
        <w:tc>
          <w:tcPr>
            <w:tcW w:w="1928" w:type="dxa"/>
            <w:shd w:val="clear" w:color="auto" w:fill="E7E6E6"/>
            <w:vAlign w:val="center"/>
          </w:tcPr>
          <w:p w14:paraId="303FF4BD" w14:textId="77777777" w:rsidR="00FE2050" w:rsidRDefault="008978AC">
            <w:pPr>
              <w:spacing w:after="0"/>
              <w:jc w:val="center"/>
            </w:pPr>
            <w:r>
              <w:rPr>
                <w:b/>
                <w:sz w:val="19"/>
              </w:rPr>
              <w:t>電話番号</w:t>
            </w:r>
          </w:p>
        </w:tc>
        <w:tc>
          <w:tcPr>
            <w:tcW w:w="2324" w:type="dxa"/>
            <w:vAlign w:val="center"/>
          </w:tcPr>
          <w:p w14:paraId="209CCB68" w14:textId="77777777" w:rsidR="00FE2050" w:rsidRDefault="00FE2050">
            <w:pPr>
              <w:spacing w:after="0"/>
            </w:pPr>
          </w:p>
        </w:tc>
      </w:tr>
      <w:tr w:rsidR="00FE2050" w14:paraId="6584D21B" w14:textId="77777777">
        <w:trPr>
          <w:cantSplit/>
          <w:trHeight w:val="510"/>
          <w:jc w:val="center"/>
        </w:trPr>
        <w:tc>
          <w:tcPr>
            <w:tcW w:w="1984" w:type="dxa"/>
            <w:shd w:val="clear" w:color="auto" w:fill="E7E6E6"/>
            <w:vAlign w:val="center"/>
          </w:tcPr>
          <w:p w14:paraId="7BAEA0CE" w14:textId="77777777" w:rsidR="00FE2050" w:rsidRDefault="008978AC">
            <w:pPr>
              <w:spacing w:after="0"/>
              <w:jc w:val="center"/>
            </w:pPr>
            <w:r>
              <w:rPr>
                <w:b/>
                <w:sz w:val="19"/>
              </w:rPr>
              <w:t>電子メールアドレス</w:t>
            </w:r>
          </w:p>
        </w:tc>
        <w:tc>
          <w:tcPr>
            <w:tcW w:w="7087" w:type="dxa"/>
            <w:gridSpan w:val="3"/>
            <w:vAlign w:val="center"/>
          </w:tcPr>
          <w:p w14:paraId="755C004F" w14:textId="77777777" w:rsidR="00FE2050" w:rsidRDefault="00FE2050">
            <w:pPr>
              <w:spacing w:after="0"/>
            </w:pPr>
          </w:p>
        </w:tc>
      </w:tr>
    </w:tbl>
    <w:p w14:paraId="337D35F1" w14:textId="77777777" w:rsidR="00FE2050" w:rsidRDefault="008978AC" w:rsidP="008978AC">
      <w:pPr>
        <w:spacing w:beforeLines="100" w:before="240" w:after="240"/>
      </w:pPr>
      <w:r>
        <w:rPr>
          <w:b/>
        </w:rPr>
        <w:t>質問事項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654"/>
      </w:tblGrid>
      <w:tr w:rsidR="00FE2050" w14:paraId="47B52AE0" w14:textId="77777777">
        <w:trPr>
          <w:cantSplit/>
          <w:trHeight w:val="510"/>
          <w:jc w:val="center"/>
        </w:trPr>
        <w:tc>
          <w:tcPr>
            <w:tcW w:w="1417" w:type="dxa"/>
            <w:shd w:val="clear" w:color="auto" w:fill="E7E6E6"/>
            <w:vAlign w:val="center"/>
          </w:tcPr>
          <w:p w14:paraId="658B3A1C" w14:textId="77777777" w:rsidR="00FE2050" w:rsidRDefault="008978AC">
            <w:pPr>
              <w:spacing w:after="0"/>
              <w:jc w:val="center"/>
            </w:pPr>
            <w:r>
              <w:rPr>
                <w:b/>
                <w:sz w:val="19"/>
              </w:rPr>
              <w:t>質問番号</w:t>
            </w:r>
          </w:p>
        </w:tc>
        <w:tc>
          <w:tcPr>
            <w:tcW w:w="7654" w:type="dxa"/>
            <w:vAlign w:val="center"/>
          </w:tcPr>
          <w:p w14:paraId="29414307" w14:textId="77777777" w:rsidR="00FE2050" w:rsidRDefault="008978AC">
            <w:pPr>
              <w:spacing w:after="0"/>
            </w:pPr>
            <w:r>
              <w:rPr>
                <w:sz w:val="19"/>
              </w:rPr>
              <w:t xml:space="preserve">　　　　</w:t>
            </w:r>
          </w:p>
        </w:tc>
      </w:tr>
      <w:tr w:rsidR="00FE2050" w14:paraId="55D09C6E" w14:textId="77777777">
        <w:trPr>
          <w:cantSplit/>
          <w:trHeight w:val="510"/>
          <w:jc w:val="center"/>
        </w:trPr>
        <w:tc>
          <w:tcPr>
            <w:tcW w:w="1417" w:type="dxa"/>
            <w:shd w:val="clear" w:color="auto" w:fill="E7E6E6"/>
            <w:vAlign w:val="center"/>
          </w:tcPr>
          <w:p w14:paraId="0C3AAA38" w14:textId="77777777" w:rsidR="00FE2050" w:rsidRDefault="008978AC">
            <w:pPr>
              <w:spacing w:after="0"/>
              <w:jc w:val="center"/>
            </w:pPr>
            <w:r>
              <w:rPr>
                <w:b/>
                <w:sz w:val="19"/>
              </w:rPr>
              <w:t>該当資料・頁</w:t>
            </w:r>
          </w:p>
        </w:tc>
        <w:tc>
          <w:tcPr>
            <w:tcW w:w="7654" w:type="dxa"/>
            <w:vAlign w:val="center"/>
          </w:tcPr>
          <w:p w14:paraId="41A0EDD3" w14:textId="77777777" w:rsidR="00FE2050" w:rsidRDefault="008978AC">
            <w:pPr>
              <w:spacing w:after="0"/>
            </w:pPr>
            <w:r>
              <w:rPr>
                <w:sz w:val="19"/>
              </w:rPr>
              <w:t>資料名：　　　　　　　　　　　　　　　　　頁：</w:t>
            </w:r>
          </w:p>
        </w:tc>
      </w:tr>
      <w:tr w:rsidR="00FE2050" w14:paraId="294A40AB" w14:textId="77777777">
        <w:trPr>
          <w:cantSplit/>
          <w:trHeight w:val="4252"/>
          <w:jc w:val="center"/>
        </w:trPr>
        <w:tc>
          <w:tcPr>
            <w:tcW w:w="1417" w:type="dxa"/>
            <w:shd w:val="clear" w:color="auto" w:fill="E7E6E6"/>
            <w:vAlign w:val="center"/>
          </w:tcPr>
          <w:p w14:paraId="3F0E0D90" w14:textId="77777777" w:rsidR="00FE2050" w:rsidRDefault="008978AC">
            <w:pPr>
              <w:spacing w:after="0"/>
              <w:jc w:val="center"/>
            </w:pPr>
            <w:r>
              <w:rPr>
                <w:b/>
                <w:sz w:val="19"/>
              </w:rPr>
              <w:t>質問内容</w:t>
            </w:r>
          </w:p>
        </w:tc>
        <w:tc>
          <w:tcPr>
            <w:tcW w:w="7654" w:type="dxa"/>
            <w:vAlign w:val="center"/>
          </w:tcPr>
          <w:p w14:paraId="192B32D8" w14:textId="77777777" w:rsidR="00FE2050" w:rsidRDefault="00FE2050">
            <w:pPr>
              <w:spacing w:after="0"/>
            </w:pPr>
          </w:p>
        </w:tc>
      </w:tr>
    </w:tbl>
    <w:p w14:paraId="209F9C71" w14:textId="77777777" w:rsidR="00FE2050" w:rsidRDefault="008978AC" w:rsidP="00063B43">
      <w:pPr>
        <w:spacing w:beforeLines="100" w:before="240"/>
      </w:pPr>
      <w:r>
        <w:rPr>
          <w:b/>
        </w:rPr>
        <w:t>【注意事項】</w:t>
      </w:r>
    </w:p>
    <w:p w14:paraId="264156FF" w14:textId="77777777" w:rsidR="00FE2050" w:rsidRDefault="008978AC">
      <w:pPr>
        <w:spacing w:after="20"/>
        <w:rPr>
          <w:lang w:eastAsia="ja-JP"/>
        </w:rPr>
      </w:pPr>
      <w:r>
        <w:rPr>
          <w:lang w:eastAsia="ja-JP"/>
        </w:rPr>
        <w:t>・質問事項は、１枚につき１件とし、簡潔かつ具体的に記載してください。</w:t>
      </w:r>
    </w:p>
    <w:p w14:paraId="33B3341A" w14:textId="77777777" w:rsidR="00FE2050" w:rsidRDefault="008978AC">
      <w:pPr>
        <w:spacing w:after="20"/>
        <w:rPr>
          <w:lang w:eastAsia="ja-JP"/>
        </w:rPr>
      </w:pPr>
      <w:r>
        <w:rPr>
          <w:lang w:eastAsia="ja-JP"/>
        </w:rPr>
        <w:t>・質問が複数ある場合は、本様式を質問件数分複製して作成してください。</w:t>
      </w:r>
    </w:p>
    <w:p w14:paraId="7CE29D83" w14:textId="77777777" w:rsidR="00FE2050" w:rsidRDefault="008978AC">
      <w:pPr>
        <w:spacing w:after="20"/>
        <w:rPr>
          <w:lang w:eastAsia="ja-JP"/>
        </w:rPr>
      </w:pPr>
      <w:r>
        <w:rPr>
          <w:lang w:eastAsia="ja-JP"/>
        </w:rPr>
        <w:t>・質問番号は、提出者ごとに「１」から連番で記載してください。</w:t>
      </w:r>
    </w:p>
    <w:p w14:paraId="1CC1A327" w14:textId="77777777" w:rsidR="00FE2050" w:rsidRDefault="008978AC">
      <w:pPr>
        <w:spacing w:after="20"/>
        <w:rPr>
          <w:lang w:eastAsia="ja-JP"/>
        </w:rPr>
      </w:pPr>
      <w:r>
        <w:rPr>
          <w:lang w:eastAsia="ja-JP"/>
        </w:rPr>
        <w:t>・電話又は口頭による質問は受け付けません。</w:t>
      </w:r>
    </w:p>
    <w:p w14:paraId="4B9CCCAF" w14:textId="77777777" w:rsidR="00FE2050" w:rsidRDefault="008978AC">
      <w:pPr>
        <w:spacing w:after="20"/>
        <w:rPr>
          <w:lang w:eastAsia="ja-JP"/>
        </w:rPr>
      </w:pPr>
      <w:r>
        <w:rPr>
          <w:lang w:eastAsia="ja-JP"/>
        </w:rPr>
        <w:t>・質問者を特定できる情報を除き、質問及び回答を参加事業者へ共有する場合があります。</w:t>
      </w:r>
    </w:p>
    <w:sectPr w:rsidR="00FE2050" w:rsidSect="000346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850" w:right="1077" w:bottom="85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2D3BE" w14:textId="77777777" w:rsidR="000577F8" w:rsidRDefault="000577F8">
      <w:pPr>
        <w:spacing w:after="0" w:line="240" w:lineRule="auto"/>
      </w:pPr>
      <w:r>
        <w:separator/>
      </w:r>
    </w:p>
  </w:endnote>
  <w:endnote w:type="continuationSeparator" w:id="0">
    <w:p w14:paraId="3220514D" w14:textId="77777777" w:rsidR="000577F8" w:rsidRDefault="0005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D03B" w14:textId="77777777" w:rsidR="00FE2050" w:rsidRDefault="00FE205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F7ECE" w14:textId="77777777" w:rsidR="00FE2050" w:rsidRDefault="00FE20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BA10B" w14:textId="77777777" w:rsidR="000577F8" w:rsidRDefault="000577F8">
      <w:pPr>
        <w:spacing w:after="0" w:line="240" w:lineRule="auto"/>
      </w:pPr>
      <w:r>
        <w:separator/>
      </w:r>
    </w:p>
  </w:footnote>
  <w:footnote w:type="continuationSeparator" w:id="0">
    <w:p w14:paraId="4032CBB8" w14:textId="77777777" w:rsidR="000577F8" w:rsidRDefault="0005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09FE" w14:textId="77777777" w:rsidR="00FE2050" w:rsidRDefault="00FE205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8AD10" w14:textId="77777777" w:rsidR="00FE2050" w:rsidRDefault="00FE20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0141947">
    <w:abstractNumId w:val="8"/>
  </w:num>
  <w:num w:numId="2" w16cid:durableId="1523279542">
    <w:abstractNumId w:val="6"/>
  </w:num>
  <w:num w:numId="3" w16cid:durableId="276984737">
    <w:abstractNumId w:val="5"/>
  </w:num>
  <w:num w:numId="4" w16cid:durableId="37710808">
    <w:abstractNumId w:val="4"/>
  </w:num>
  <w:num w:numId="5" w16cid:durableId="1318922415">
    <w:abstractNumId w:val="7"/>
  </w:num>
  <w:num w:numId="6" w16cid:durableId="1430199567">
    <w:abstractNumId w:val="3"/>
  </w:num>
  <w:num w:numId="7" w16cid:durableId="1632587730">
    <w:abstractNumId w:val="2"/>
  </w:num>
  <w:num w:numId="8" w16cid:durableId="1437943164">
    <w:abstractNumId w:val="1"/>
  </w:num>
  <w:num w:numId="9" w16cid:durableId="145898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7F8"/>
    <w:rsid w:val="0006063C"/>
    <w:rsid w:val="00063B43"/>
    <w:rsid w:val="0015074B"/>
    <w:rsid w:val="0029639D"/>
    <w:rsid w:val="00326F90"/>
    <w:rsid w:val="008978AC"/>
    <w:rsid w:val="009C098E"/>
    <w:rsid w:val="00AA1D8D"/>
    <w:rsid w:val="00B47730"/>
    <w:rsid w:val="00CB0664"/>
    <w:rsid w:val="00F01FBC"/>
    <w:rsid w:val="00FC693F"/>
    <w:rsid w:val="00F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184C7"/>
  <w14:defaultImageDpi w14:val="300"/>
  <w15:docId w15:val="{25B8E0D1-A80C-42B0-9CAC-F87E3094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52" w:lineRule="auto"/>
    </w:pPr>
    <w:rPr>
      <w:rFonts w:ascii="游明朝" w:eastAsia="游明朝" w:hAnsi="游明朝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質問票</dc:title>
  <dc:subject>京都市総合教育センターポータルサイト移行業務委託</dc:subject>
  <dc:creator>中島　健太</dc:creator>
  <cp:keywords/>
  <dc:description>generated by python-docx</dc:description>
  <cp:lastModifiedBy>京都市教育委員会</cp:lastModifiedBy>
  <cp:revision>3</cp:revision>
  <dcterms:created xsi:type="dcterms:W3CDTF">2026-09-02T09:57:00Z</dcterms:created>
  <dcterms:modified xsi:type="dcterms:W3CDTF">2026-09-02T09:59:00Z</dcterms:modified>
  <cp:category/>
  <dc:language>ja-JP</dc:language>
</cp:coreProperties>
</file>