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48E9" w14:textId="77777777" w:rsidR="00AF0D34" w:rsidRDefault="0053647F">
      <w:pPr>
        <w:spacing w:after="0"/>
        <w:jc w:val="right"/>
        <w:rPr>
          <w:lang w:eastAsia="ja-JP"/>
        </w:rPr>
      </w:pPr>
      <w:r>
        <w:rPr>
          <w:b/>
          <w:lang w:eastAsia="ja-JP"/>
        </w:rPr>
        <w:t>様式２</w:t>
      </w:r>
    </w:p>
    <w:p w14:paraId="0A1EDCFA" w14:textId="77777777" w:rsidR="00AF0D34" w:rsidRDefault="0053647F">
      <w:pPr>
        <w:spacing w:after="20"/>
        <w:jc w:val="center"/>
        <w:rPr>
          <w:lang w:eastAsia="ja-JP"/>
        </w:rPr>
      </w:pPr>
      <w:r>
        <w:rPr>
          <w:b/>
          <w:sz w:val="30"/>
          <w:lang w:eastAsia="ja-JP"/>
        </w:rPr>
        <w:t>業務実績調書</w:t>
      </w:r>
    </w:p>
    <w:p w14:paraId="5D101D7D" w14:textId="77777777" w:rsidR="00AF0D34" w:rsidRDefault="0053647F">
      <w:pPr>
        <w:spacing w:after="60"/>
        <w:jc w:val="center"/>
        <w:rPr>
          <w:lang w:eastAsia="ja-JP"/>
        </w:rPr>
      </w:pPr>
      <w:r>
        <w:rPr>
          <w:b/>
          <w:lang w:eastAsia="ja-JP"/>
        </w:rPr>
        <w:t>京都市総合教育センターポータルサイト移行業務委託</w:t>
      </w:r>
    </w:p>
    <w:p w14:paraId="4E4826DE" w14:textId="77777777" w:rsidR="00AF0D34" w:rsidRDefault="0053647F" w:rsidP="0053647F">
      <w:pPr>
        <w:spacing w:beforeLines="100" w:before="240" w:after="240"/>
        <w:rPr>
          <w:lang w:eastAsia="ja-JP"/>
        </w:rPr>
      </w:pPr>
      <w:r>
        <w:rPr>
          <w:b/>
          <w:lang w:eastAsia="ja-JP"/>
        </w:rPr>
        <w:t>（宛先）京都市長</w:t>
      </w:r>
    </w:p>
    <w:p w14:paraId="4107E00D" w14:textId="77777777" w:rsidR="00AF0D34" w:rsidRDefault="0053647F" w:rsidP="0053647F">
      <w:pPr>
        <w:spacing w:after="120"/>
        <w:rPr>
          <w:lang w:eastAsia="ja-JP"/>
        </w:rPr>
      </w:pPr>
      <w:r>
        <w:rPr>
          <w:lang w:eastAsia="ja-JP"/>
        </w:rPr>
        <w:t>本業務と同種又は類似の業務実績について、次のとおり提出します。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>
      <w:tblGrid>
        <w:gridCol w:w="1757"/>
        <w:gridCol w:w="3061"/>
        <w:gridCol w:w="1587"/>
        <w:gridCol w:w="3231"/>
      </w:tblGrid>
      <w:tr w:rsidR="00AF0D34" w14:paraId="6B044E55" w14:textId="77777777">
        <w:trPr>
          <w:cantSplit/>
          <w:trHeight w:val="396"/>
          <w:jc w:val="center"/>
        </w:trPr>
        <w:tc>
          <w:tcPr>
            <w:tcW w:w="1757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2B1E8C" w14:textId="77777777" w:rsidR="00AF0D34" w:rsidRDefault="0053647F">
            <w:pPr>
              <w:spacing w:after="0"/>
              <w:jc w:val="center"/>
            </w:pPr>
            <w:proofErr w:type="spellStart"/>
            <w:r>
              <w:rPr>
                <w:b/>
                <w:sz w:val="17"/>
              </w:rPr>
              <w:t>商号又は名称</w:t>
            </w:r>
            <w:proofErr w:type="spellEnd"/>
          </w:p>
        </w:tc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3FDA2C" w14:textId="77777777" w:rsidR="00AF0D34" w:rsidRDefault="00AF0D34">
            <w:pPr>
              <w:spacing w:after="0"/>
            </w:pPr>
          </w:p>
        </w:tc>
        <w:tc>
          <w:tcPr>
            <w:tcW w:w="1587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A18061" w14:textId="77777777" w:rsidR="00AF0D34" w:rsidRDefault="0053647F">
            <w:pPr>
              <w:spacing w:after="0"/>
              <w:jc w:val="center"/>
            </w:pPr>
            <w:r>
              <w:rPr>
                <w:b/>
                <w:sz w:val="17"/>
              </w:rPr>
              <w:t>提出日</w:t>
            </w:r>
          </w:p>
        </w:tc>
        <w:tc>
          <w:tcPr>
            <w:tcW w:w="32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C7047F" w14:textId="77777777" w:rsidR="00AF0D34" w:rsidRDefault="0053647F">
            <w:pPr>
              <w:spacing w:after="0"/>
            </w:pPr>
            <w:r>
              <w:rPr>
                <w:sz w:val="17"/>
              </w:rPr>
              <w:t>令和８年　　月　　日</w:t>
            </w:r>
          </w:p>
        </w:tc>
      </w:tr>
      <w:tr w:rsidR="00AF0D34" w14:paraId="30B07CFF" w14:textId="77777777">
        <w:trPr>
          <w:cantSplit/>
          <w:trHeight w:val="396"/>
          <w:jc w:val="center"/>
        </w:trPr>
        <w:tc>
          <w:tcPr>
            <w:tcW w:w="1757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3DF6B0" w14:textId="77777777" w:rsidR="00AF0D34" w:rsidRDefault="0053647F">
            <w:pPr>
              <w:spacing w:after="0"/>
              <w:jc w:val="center"/>
            </w:pPr>
            <w:r>
              <w:rPr>
                <w:b/>
                <w:sz w:val="17"/>
              </w:rPr>
              <w:t>担当者所属・氏名</w:t>
            </w:r>
          </w:p>
        </w:tc>
        <w:tc>
          <w:tcPr>
            <w:tcW w:w="30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2D6F51" w14:textId="77777777" w:rsidR="00AF0D34" w:rsidRDefault="00AF0D34">
            <w:pPr>
              <w:spacing w:after="0"/>
            </w:pPr>
          </w:p>
        </w:tc>
        <w:tc>
          <w:tcPr>
            <w:tcW w:w="1587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1444CE" w14:textId="77777777" w:rsidR="00AF0D34" w:rsidRDefault="0053647F">
            <w:pPr>
              <w:spacing w:after="0"/>
              <w:jc w:val="center"/>
            </w:pPr>
            <w:r>
              <w:rPr>
                <w:b/>
                <w:sz w:val="17"/>
              </w:rPr>
              <w:t>電話番号</w:t>
            </w:r>
          </w:p>
        </w:tc>
        <w:tc>
          <w:tcPr>
            <w:tcW w:w="32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A04629" w14:textId="77777777" w:rsidR="00AF0D34" w:rsidRDefault="00AF0D34">
            <w:pPr>
              <w:spacing w:after="0"/>
            </w:pPr>
          </w:p>
        </w:tc>
      </w:tr>
    </w:tbl>
    <w:p w14:paraId="7DB7FDE7" w14:textId="77777777" w:rsidR="00AF0D34" w:rsidRDefault="0053647F" w:rsidP="0053647F">
      <w:pPr>
        <w:spacing w:before="240" w:afterLines="50" w:after="120"/>
      </w:pPr>
      <w:r>
        <w:rPr>
          <w:b/>
        </w:rPr>
        <w:t>【記載上の注意】</w:t>
      </w:r>
    </w:p>
    <w:p w14:paraId="16947AC3" w14:textId="19FC9334" w:rsidR="00AF0D34" w:rsidRPr="0053647F" w:rsidRDefault="0053647F" w:rsidP="0053647F">
      <w:pPr>
        <w:spacing w:after="120"/>
        <w:rPr>
          <w:szCs w:val="28"/>
          <w:lang w:eastAsia="ja-JP"/>
        </w:rPr>
      </w:pPr>
      <w:r w:rsidRPr="0053647F">
        <w:rPr>
          <w:szCs w:val="28"/>
          <w:lang w:eastAsia="ja-JP"/>
        </w:rPr>
        <w:t>・本業務との関連性が高い実績から記載してください。</w:t>
      </w:r>
      <w:r>
        <w:rPr>
          <w:szCs w:val="28"/>
          <w:lang w:eastAsia="ja-JP"/>
        </w:rPr>
        <w:br/>
      </w:r>
      <w:r w:rsidRPr="0053647F">
        <w:rPr>
          <w:szCs w:val="28"/>
          <w:lang w:eastAsia="ja-JP"/>
        </w:rPr>
        <w:t>・「業務の概要」には、業務内容及び実施規模等を具体的に記載してください。</w:t>
      </w:r>
      <w:r>
        <w:rPr>
          <w:szCs w:val="28"/>
          <w:lang w:eastAsia="ja-JP"/>
        </w:rPr>
        <w:br/>
      </w:r>
      <w:r w:rsidRPr="0053647F">
        <w:rPr>
          <w:szCs w:val="28"/>
          <w:lang w:eastAsia="ja-JP"/>
        </w:rPr>
        <w:t>・契約書の写し等、実績を確認できる資料を添付してください。</w:t>
      </w:r>
      <w:r>
        <w:rPr>
          <w:szCs w:val="28"/>
          <w:lang w:eastAsia="ja-JP"/>
        </w:rPr>
        <w:br/>
      </w:r>
      <w:r w:rsidRPr="0053647F">
        <w:rPr>
          <w:szCs w:val="28"/>
          <w:lang w:eastAsia="ja-JP"/>
        </w:rPr>
        <w:t>・記載できる実績は最大５件です。３件以上の場合は、本様式を複製して使用してください。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>
      <w:tblGrid>
        <w:gridCol w:w="1364"/>
        <w:gridCol w:w="3686"/>
        <w:gridCol w:w="1701"/>
        <w:gridCol w:w="2887"/>
      </w:tblGrid>
      <w:tr w:rsidR="00AF0D34" w:rsidRPr="0053647F" w14:paraId="0FF90700" w14:textId="77777777">
        <w:trPr>
          <w:cantSplit/>
          <w:trHeight w:val="396"/>
          <w:jc w:val="center"/>
        </w:trPr>
        <w:tc>
          <w:tcPr>
            <w:tcW w:w="9638" w:type="dxa"/>
            <w:gridSpan w:val="4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36376C" w14:textId="77777777" w:rsidR="00AF0D34" w:rsidRPr="0053647F" w:rsidRDefault="0053647F">
            <w:pPr>
              <w:spacing w:after="0"/>
              <w:rPr>
                <w:sz w:val="21"/>
                <w:szCs w:val="28"/>
              </w:rPr>
            </w:pPr>
            <w:proofErr w:type="spellStart"/>
            <w:r w:rsidRPr="0053647F">
              <w:rPr>
                <w:b/>
                <w:sz w:val="21"/>
                <w:szCs w:val="28"/>
              </w:rPr>
              <w:t>業務実績</w:t>
            </w:r>
            <w:proofErr w:type="spellEnd"/>
            <w:r w:rsidRPr="0053647F">
              <w:rPr>
                <w:b/>
                <w:sz w:val="21"/>
                <w:szCs w:val="28"/>
              </w:rPr>
              <w:t xml:space="preserve"> 1</w:t>
            </w:r>
          </w:p>
        </w:tc>
      </w:tr>
      <w:tr w:rsidR="00AF0D34" w14:paraId="2563BFE5" w14:textId="77777777" w:rsidTr="0053647F">
        <w:trPr>
          <w:cantSplit/>
          <w:trHeight w:val="453"/>
          <w:jc w:val="center"/>
        </w:trPr>
        <w:tc>
          <w:tcPr>
            <w:tcW w:w="1364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8E3987" w14:textId="77777777" w:rsidR="00AF0D34" w:rsidRDefault="0053647F">
            <w:pPr>
              <w:spacing w:after="0"/>
              <w:jc w:val="center"/>
            </w:pPr>
            <w:proofErr w:type="spellStart"/>
            <w:r>
              <w:rPr>
                <w:b/>
                <w:sz w:val="17"/>
              </w:rPr>
              <w:t>業務名</w:t>
            </w:r>
            <w:proofErr w:type="spellEnd"/>
          </w:p>
        </w:tc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1E886" w14:textId="77777777" w:rsidR="00AF0D34" w:rsidRDefault="00AF0D34">
            <w:pPr>
              <w:spacing w:after="0"/>
            </w:pPr>
          </w:p>
        </w:tc>
        <w:tc>
          <w:tcPr>
            <w:tcW w:w="1701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825FE0" w14:textId="77777777" w:rsidR="00AF0D34" w:rsidRDefault="0053647F">
            <w:pPr>
              <w:spacing w:after="0"/>
              <w:jc w:val="center"/>
            </w:pPr>
            <w:r>
              <w:rPr>
                <w:b/>
                <w:sz w:val="17"/>
              </w:rPr>
              <w:t>発注者</w:t>
            </w:r>
          </w:p>
        </w:tc>
        <w:tc>
          <w:tcPr>
            <w:tcW w:w="28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516AD" w14:textId="77777777" w:rsidR="00AF0D34" w:rsidRDefault="00AF0D34">
            <w:pPr>
              <w:spacing w:after="0"/>
            </w:pPr>
          </w:p>
        </w:tc>
      </w:tr>
      <w:tr w:rsidR="00AF0D34" w14:paraId="7382DBB0" w14:textId="77777777" w:rsidTr="0053647F">
        <w:trPr>
          <w:cantSplit/>
          <w:trHeight w:val="453"/>
          <w:jc w:val="center"/>
        </w:trPr>
        <w:tc>
          <w:tcPr>
            <w:tcW w:w="1364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C56DE2" w14:textId="77777777" w:rsidR="00AF0D34" w:rsidRDefault="0053647F">
            <w:pPr>
              <w:spacing w:after="0"/>
              <w:jc w:val="center"/>
            </w:pPr>
            <w:r>
              <w:rPr>
                <w:b/>
                <w:sz w:val="17"/>
              </w:rPr>
              <w:t>契約期間</w:t>
            </w:r>
          </w:p>
        </w:tc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15720E" w14:textId="77777777" w:rsidR="00AF0D34" w:rsidRDefault="0053647F">
            <w:pPr>
              <w:spacing w:after="0"/>
            </w:pPr>
            <w:r>
              <w:rPr>
                <w:sz w:val="17"/>
              </w:rPr>
              <w:t xml:space="preserve">　　　年　月　日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～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 xml:space="preserve">　　　年　月　日</w:t>
            </w:r>
          </w:p>
        </w:tc>
        <w:tc>
          <w:tcPr>
            <w:tcW w:w="1701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58624" w14:textId="77777777" w:rsidR="00AF0D34" w:rsidRDefault="0053647F">
            <w:pPr>
              <w:spacing w:after="0"/>
              <w:jc w:val="center"/>
            </w:pPr>
            <w:r>
              <w:rPr>
                <w:b/>
                <w:sz w:val="17"/>
              </w:rPr>
              <w:t>契約金額（税込）</w:t>
            </w:r>
          </w:p>
        </w:tc>
        <w:tc>
          <w:tcPr>
            <w:tcW w:w="28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B7BAB8" w14:textId="77777777" w:rsidR="00AF0D34" w:rsidRDefault="0053647F">
            <w:pPr>
              <w:spacing w:after="0"/>
            </w:pPr>
            <w:r>
              <w:rPr>
                <w:sz w:val="17"/>
              </w:rPr>
              <w:t xml:space="preserve">　　　　　　　　　円</w:t>
            </w:r>
          </w:p>
        </w:tc>
      </w:tr>
      <w:tr w:rsidR="00AF0D34" w14:paraId="08BE7E47" w14:textId="77777777" w:rsidTr="0053647F">
        <w:trPr>
          <w:cantSplit/>
          <w:trHeight w:val="2054"/>
          <w:jc w:val="center"/>
        </w:trPr>
        <w:tc>
          <w:tcPr>
            <w:tcW w:w="1364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32EDA3" w14:textId="77777777" w:rsidR="00AF0D34" w:rsidRDefault="0053647F">
            <w:pPr>
              <w:spacing w:after="0"/>
              <w:jc w:val="center"/>
            </w:pPr>
            <w:proofErr w:type="spellStart"/>
            <w:r>
              <w:rPr>
                <w:b/>
                <w:sz w:val="17"/>
              </w:rPr>
              <w:t>業務の概要</w:t>
            </w:r>
            <w:proofErr w:type="spellEnd"/>
          </w:p>
        </w:tc>
        <w:tc>
          <w:tcPr>
            <w:tcW w:w="8274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38C6A" w14:textId="77777777" w:rsidR="00AF0D34" w:rsidRDefault="00AF0D34">
            <w:pPr>
              <w:spacing w:after="0"/>
            </w:pPr>
          </w:p>
        </w:tc>
      </w:tr>
    </w:tbl>
    <w:p w14:paraId="0EFF0D04" w14:textId="77777777" w:rsidR="00AF0D34" w:rsidRDefault="00AF0D34">
      <w:pPr>
        <w:spacing w:after="0" w:line="7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</w:tblPr>
      <w:tblGrid>
        <w:gridCol w:w="1364"/>
        <w:gridCol w:w="3686"/>
        <w:gridCol w:w="1701"/>
        <w:gridCol w:w="2887"/>
      </w:tblGrid>
      <w:tr w:rsidR="00AF0D34" w:rsidRPr="0053647F" w14:paraId="2DFBD31A" w14:textId="77777777">
        <w:trPr>
          <w:cantSplit/>
          <w:trHeight w:val="396"/>
          <w:jc w:val="center"/>
        </w:trPr>
        <w:tc>
          <w:tcPr>
            <w:tcW w:w="9638" w:type="dxa"/>
            <w:gridSpan w:val="4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A304CB" w14:textId="77777777" w:rsidR="00AF0D34" w:rsidRPr="0053647F" w:rsidRDefault="0053647F">
            <w:pPr>
              <w:spacing w:after="0"/>
              <w:rPr>
                <w:sz w:val="21"/>
                <w:szCs w:val="28"/>
              </w:rPr>
            </w:pPr>
            <w:r w:rsidRPr="0053647F">
              <w:rPr>
                <w:b/>
                <w:sz w:val="21"/>
                <w:szCs w:val="28"/>
              </w:rPr>
              <w:t>業務実績</w:t>
            </w:r>
            <w:r w:rsidRPr="0053647F">
              <w:rPr>
                <w:b/>
                <w:sz w:val="21"/>
                <w:szCs w:val="28"/>
              </w:rPr>
              <w:t xml:space="preserve"> 2</w:t>
            </w:r>
          </w:p>
        </w:tc>
      </w:tr>
      <w:tr w:rsidR="00AF0D34" w14:paraId="4E587ED4" w14:textId="77777777" w:rsidTr="0053647F">
        <w:trPr>
          <w:cantSplit/>
          <w:trHeight w:val="453"/>
          <w:jc w:val="center"/>
        </w:trPr>
        <w:tc>
          <w:tcPr>
            <w:tcW w:w="1364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DE4518" w14:textId="77777777" w:rsidR="00AF0D34" w:rsidRDefault="0053647F">
            <w:pPr>
              <w:spacing w:after="0"/>
              <w:jc w:val="center"/>
            </w:pPr>
            <w:proofErr w:type="spellStart"/>
            <w:r>
              <w:rPr>
                <w:b/>
                <w:sz w:val="17"/>
              </w:rPr>
              <w:t>業務名</w:t>
            </w:r>
            <w:proofErr w:type="spellEnd"/>
          </w:p>
        </w:tc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0D697B" w14:textId="77777777" w:rsidR="00AF0D34" w:rsidRDefault="00AF0D34">
            <w:pPr>
              <w:spacing w:after="0"/>
            </w:pPr>
          </w:p>
        </w:tc>
        <w:tc>
          <w:tcPr>
            <w:tcW w:w="1701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9483A0" w14:textId="77777777" w:rsidR="00AF0D34" w:rsidRDefault="0053647F">
            <w:pPr>
              <w:spacing w:after="0"/>
              <w:jc w:val="center"/>
            </w:pPr>
            <w:r>
              <w:rPr>
                <w:b/>
                <w:sz w:val="17"/>
              </w:rPr>
              <w:t>発注者</w:t>
            </w:r>
          </w:p>
        </w:tc>
        <w:tc>
          <w:tcPr>
            <w:tcW w:w="28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8A7934" w14:textId="77777777" w:rsidR="00AF0D34" w:rsidRDefault="00AF0D34">
            <w:pPr>
              <w:spacing w:after="0"/>
            </w:pPr>
          </w:p>
        </w:tc>
      </w:tr>
      <w:tr w:rsidR="00AF0D34" w14:paraId="66FCA7A8" w14:textId="77777777" w:rsidTr="0053647F">
        <w:trPr>
          <w:cantSplit/>
          <w:trHeight w:val="453"/>
          <w:jc w:val="center"/>
        </w:trPr>
        <w:tc>
          <w:tcPr>
            <w:tcW w:w="1364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067B09" w14:textId="77777777" w:rsidR="00AF0D34" w:rsidRDefault="0053647F">
            <w:pPr>
              <w:spacing w:after="0"/>
              <w:jc w:val="center"/>
            </w:pPr>
            <w:proofErr w:type="spellStart"/>
            <w:r>
              <w:rPr>
                <w:b/>
                <w:sz w:val="17"/>
              </w:rPr>
              <w:t>契約期間</w:t>
            </w:r>
            <w:proofErr w:type="spellEnd"/>
          </w:p>
        </w:tc>
        <w:tc>
          <w:tcPr>
            <w:tcW w:w="36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AAD0F2" w14:textId="77777777" w:rsidR="00AF0D34" w:rsidRDefault="0053647F">
            <w:pPr>
              <w:spacing w:after="0"/>
            </w:pPr>
            <w:r>
              <w:rPr>
                <w:sz w:val="17"/>
              </w:rPr>
              <w:t xml:space="preserve">　　　年　月　日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>～</w:t>
            </w:r>
            <w:r>
              <w:rPr>
                <w:sz w:val="17"/>
              </w:rPr>
              <w:t xml:space="preserve"> </w:t>
            </w:r>
            <w:r>
              <w:rPr>
                <w:sz w:val="17"/>
              </w:rPr>
              <w:t xml:space="preserve">　　　年　月　日</w:t>
            </w:r>
          </w:p>
        </w:tc>
        <w:tc>
          <w:tcPr>
            <w:tcW w:w="1701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1EDB75" w14:textId="77777777" w:rsidR="00AF0D34" w:rsidRDefault="0053647F">
            <w:pPr>
              <w:spacing w:after="0"/>
              <w:jc w:val="center"/>
            </w:pPr>
            <w:r>
              <w:rPr>
                <w:b/>
                <w:sz w:val="17"/>
              </w:rPr>
              <w:t>契約金額（税込）</w:t>
            </w:r>
          </w:p>
        </w:tc>
        <w:tc>
          <w:tcPr>
            <w:tcW w:w="288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D607FA" w14:textId="77777777" w:rsidR="00AF0D34" w:rsidRDefault="0053647F">
            <w:pPr>
              <w:spacing w:after="0"/>
            </w:pPr>
            <w:r>
              <w:rPr>
                <w:sz w:val="17"/>
              </w:rPr>
              <w:t xml:space="preserve">　　　　　　　　　円</w:t>
            </w:r>
          </w:p>
        </w:tc>
      </w:tr>
      <w:tr w:rsidR="00AF0D34" w14:paraId="6C23212E" w14:textId="77777777" w:rsidTr="0053647F">
        <w:trPr>
          <w:cantSplit/>
          <w:trHeight w:val="2100"/>
          <w:jc w:val="center"/>
        </w:trPr>
        <w:tc>
          <w:tcPr>
            <w:tcW w:w="1364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B8CDD3" w14:textId="77777777" w:rsidR="00AF0D34" w:rsidRDefault="0053647F">
            <w:pPr>
              <w:spacing w:after="0"/>
              <w:jc w:val="center"/>
            </w:pPr>
            <w:proofErr w:type="spellStart"/>
            <w:r>
              <w:rPr>
                <w:b/>
                <w:sz w:val="17"/>
              </w:rPr>
              <w:t>業務の概要</w:t>
            </w:r>
            <w:proofErr w:type="spellEnd"/>
          </w:p>
        </w:tc>
        <w:tc>
          <w:tcPr>
            <w:tcW w:w="8274" w:type="dxa"/>
            <w:gridSpan w:val="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BCB973" w14:textId="77777777" w:rsidR="00AF0D34" w:rsidRDefault="00AF0D34">
            <w:pPr>
              <w:spacing w:after="0"/>
            </w:pPr>
          </w:p>
        </w:tc>
      </w:tr>
    </w:tbl>
    <w:p w14:paraId="1ABCC897" w14:textId="77777777" w:rsidR="00AF0D34" w:rsidRPr="0053647F" w:rsidRDefault="0053647F" w:rsidP="0053647F">
      <w:pPr>
        <w:spacing w:before="120"/>
        <w:rPr>
          <w:sz w:val="20"/>
          <w:szCs w:val="24"/>
          <w:lang w:eastAsia="ja-JP"/>
        </w:rPr>
      </w:pPr>
      <w:r w:rsidRPr="0053647F">
        <w:rPr>
          <w:szCs w:val="24"/>
          <w:lang w:eastAsia="ja-JP"/>
        </w:rPr>
        <w:t xml:space="preserve">※ </w:t>
      </w:r>
      <w:r w:rsidRPr="0053647F">
        <w:rPr>
          <w:szCs w:val="24"/>
          <w:lang w:eastAsia="ja-JP"/>
        </w:rPr>
        <w:t>添付資料には、各実績との対応関係が分かるよう番号を付してください。</w:t>
      </w:r>
    </w:p>
    <w:sectPr w:rsidR="00AF0D34" w:rsidRPr="0053647F" w:rsidSect="0053647F">
      <w:pgSz w:w="12240" w:h="15840"/>
      <w:pgMar w:top="567" w:right="964" w:bottom="567" w:left="964" w:header="22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5C6CC" w14:textId="77777777" w:rsidR="0053647F" w:rsidRDefault="0053647F">
      <w:pPr>
        <w:spacing w:after="0"/>
      </w:pPr>
      <w:r>
        <w:separator/>
      </w:r>
    </w:p>
  </w:endnote>
  <w:endnote w:type="continuationSeparator" w:id="0">
    <w:p w14:paraId="1E348DD9" w14:textId="77777777" w:rsidR="0053647F" w:rsidRDefault="005364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CC06D" w14:textId="77777777" w:rsidR="0053647F" w:rsidRDefault="0053647F">
      <w:pPr>
        <w:spacing w:after="0"/>
      </w:pPr>
      <w:r>
        <w:separator/>
      </w:r>
    </w:p>
  </w:footnote>
  <w:footnote w:type="continuationSeparator" w:id="0">
    <w:p w14:paraId="589DDA38" w14:textId="77777777" w:rsidR="0053647F" w:rsidRDefault="005364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2942354">
    <w:abstractNumId w:val="8"/>
  </w:num>
  <w:num w:numId="2" w16cid:durableId="903611675">
    <w:abstractNumId w:val="6"/>
  </w:num>
  <w:num w:numId="3" w16cid:durableId="83763549">
    <w:abstractNumId w:val="5"/>
  </w:num>
  <w:num w:numId="4" w16cid:durableId="1828746643">
    <w:abstractNumId w:val="4"/>
  </w:num>
  <w:num w:numId="5" w16cid:durableId="1842356235">
    <w:abstractNumId w:val="7"/>
  </w:num>
  <w:num w:numId="6" w16cid:durableId="1314606287">
    <w:abstractNumId w:val="3"/>
  </w:num>
  <w:num w:numId="7" w16cid:durableId="481389447">
    <w:abstractNumId w:val="2"/>
  </w:num>
  <w:num w:numId="8" w16cid:durableId="920333579">
    <w:abstractNumId w:val="1"/>
  </w:num>
  <w:num w:numId="9" w16cid:durableId="49638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647F"/>
    <w:rsid w:val="005B0EB4"/>
    <w:rsid w:val="00AA1D8D"/>
    <w:rsid w:val="00AF0D3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62B24D"/>
  <w14:defaultImageDpi w14:val="300"/>
  <w15:docId w15:val="{1A21B051-F18E-4533-BE4C-F65345F4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30" w:line="240" w:lineRule="auto"/>
    </w:pPr>
    <w:rPr>
      <w:rFonts w:ascii="游明朝" w:eastAsia="游明朝" w:hAnsi="游明朝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中島　健太</dc:creator>
  <keywords/>
  <dc:description>generated by python-docx</dc:description>
  <lastModifiedBy>中島　健太</lastModifiedBy>
  <revision>2</revision>
  <dcterms:created xsi:type="dcterms:W3CDTF">2026-09-02T09:57:00.5609232Z</dcterms:created>
  <dcterms:modified xsi:type="dcterms:W3CDTF">2026-09-02T09:57:00.5609232Z</dcterms:modified>
  <category/>
  <dc:language>ja-JP</dc:language>
</coreProperties>
</file>