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B356E" w14:textId="77777777" w:rsidR="00B81050" w:rsidRDefault="00791736">
      <w:pPr>
        <w:jc w:val="right"/>
        <w:rPr>
          <w:lang w:eastAsia="ja-JP"/>
        </w:rPr>
      </w:pPr>
      <w:r>
        <w:rPr>
          <w:b/>
          <w:lang w:eastAsia="ja-JP"/>
        </w:rPr>
        <w:t>様式１</w:t>
      </w:r>
    </w:p>
    <w:p w14:paraId="68ADBAEA" w14:textId="77777777" w:rsidR="00B81050" w:rsidRDefault="00791736">
      <w:pPr>
        <w:jc w:val="center"/>
        <w:rPr>
          <w:lang w:eastAsia="ja-JP"/>
        </w:rPr>
      </w:pPr>
      <w:r>
        <w:rPr>
          <w:b/>
          <w:sz w:val="30"/>
          <w:lang w:eastAsia="ja-JP"/>
        </w:rPr>
        <w:t>参加意向確認書兼調査用アカウント利用誓約書</w:t>
      </w:r>
    </w:p>
    <w:p w14:paraId="6BE889CF" w14:textId="77777777" w:rsidR="00B81050" w:rsidRDefault="00791736">
      <w:pPr>
        <w:jc w:val="center"/>
        <w:rPr>
          <w:lang w:eastAsia="ja-JP"/>
        </w:rPr>
      </w:pPr>
      <w:r>
        <w:rPr>
          <w:b/>
          <w:lang w:eastAsia="ja-JP"/>
        </w:rPr>
        <w:t>京都市総合教育センターポータルサイト移行業務委託</w:t>
      </w:r>
    </w:p>
    <w:p w14:paraId="52FBAC21" w14:textId="77777777" w:rsidR="00B81050" w:rsidRDefault="00791736">
      <w:pPr>
        <w:rPr>
          <w:lang w:eastAsia="ja-JP"/>
        </w:rPr>
      </w:pPr>
      <w:r>
        <w:rPr>
          <w:b/>
          <w:lang w:eastAsia="ja-JP"/>
        </w:rPr>
        <w:t>（宛先）京都市長</w:t>
      </w:r>
    </w:p>
    <w:p w14:paraId="1C07576A" w14:textId="77777777" w:rsidR="00B81050" w:rsidRDefault="00791736" w:rsidP="00791736">
      <w:pPr>
        <w:spacing w:beforeLines="100" w:before="240" w:after="240"/>
        <w:rPr>
          <w:lang w:eastAsia="ja-JP"/>
        </w:rPr>
      </w:pPr>
      <w:r>
        <w:rPr>
          <w:lang w:eastAsia="ja-JP"/>
        </w:rPr>
        <w:t>上記業務に係る公募型プロポーザルへの参加を希望します。併せて、現行サイトの事前調査のために交付される調査用アカウントについて、下記事項を遵守することを誓約します。</w:t>
      </w:r>
    </w:p>
    <w:tbl>
      <w:tblPr>
        <w:tblW w:w="0" w:type="auto"/>
        <w:jc w:val="center"/>
        <w:tblLayout w:type="fixed"/>
        <w:tblLook w:val="04A0" w:firstRow="1" w:lastRow="0" w:firstColumn="1" w:lastColumn="0" w:noHBand="0" w:noVBand="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2721"/>
        <w:gridCol w:w="6350"/>
      </w:tblGrid>
      <w:tr w:rsidR="00B81050" w14:paraId="642C6CEA" w14:textId="77777777" w:rsidTr="00791736">
        <w:trPr>
          <w:trHeight w:val="453"/>
          <w:jc w:val="center"/>
        </w:trPr>
        <w:tc>
          <w:tcPr>
            <w:tcW w:w="2721" w:type="dxa"/>
            <w:shd w:val="clear" w:color="auto" w:fill="E7E6E6"/>
            <w:vAlign w:val="center"/>
          </w:tcPr>
          <w:p w14:paraId="60B146C9" w14:textId="77777777" w:rsidR="00B81050" w:rsidRDefault="00791736" w:rsidP="00791736">
            <w:pPr>
              <w:spacing w:after="0" w:line="240" w:lineRule="auto"/>
              <w:jc w:val="center"/>
            </w:pPr>
            <w:proofErr w:type="spellStart"/>
            <w:r>
              <w:rPr>
                <w:b/>
              </w:rPr>
              <w:t>提出日</w:t>
            </w:r>
            <w:proofErr w:type="spellEnd"/>
          </w:p>
        </w:tc>
        <w:tc>
          <w:tcPr>
            <w:tcW w:w="6350" w:type="dxa"/>
            <w:vAlign w:val="center"/>
          </w:tcPr>
          <w:p w14:paraId="0BF57F97" w14:textId="77777777" w:rsidR="00B81050" w:rsidRDefault="00791736" w:rsidP="00791736">
            <w:pPr>
              <w:spacing w:after="0" w:line="240" w:lineRule="auto"/>
            </w:pPr>
            <w:r>
              <w:t>令和８年　　月　　日</w:t>
            </w:r>
          </w:p>
        </w:tc>
      </w:tr>
      <w:tr w:rsidR="00B81050" w14:paraId="14E56C14" w14:textId="77777777" w:rsidTr="00791736">
        <w:trPr>
          <w:trHeight w:val="453"/>
          <w:jc w:val="center"/>
        </w:trPr>
        <w:tc>
          <w:tcPr>
            <w:tcW w:w="2721" w:type="dxa"/>
            <w:shd w:val="clear" w:color="auto" w:fill="E7E6E6"/>
            <w:vAlign w:val="center"/>
          </w:tcPr>
          <w:p w14:paraId="175B3B88" w14:textId="77777777" w:rsidR="00B81050" w:rsidRDefault="00791736" w:rsidP="00791736">
            <w:pPr>
              <w:spacing w:after="0" w:line="240" w:lineRule="auto"/>
              <w:jc w:val="center"/>
            </w:pPr>
            <w:r>
              <w:rPr>
                <w:b/>
              </w:rPr>
              <w:t>所在地</w:t>
            </w:r>
          </w:p>
        </w:tc>
        <w:tc>
          <w:tcPr>
            <w:tcW w:w="6350" w:type="dxa"/>
            <w:vAlign w:val="center"/>
          </w:tcPr>
          <w:p w14:paraId="220780D0" w14:textId="77777777" w:rsidR="00B81050" w:rsidRDefault="00B81050" w:rsidP="00791736">
            <w:pPr>
              <w:spacing w:after="0" w:line="240" w:lineRule="auto"/>
            </w:pPr>
          </w:p>
        </w:tc>
      </w:tr>
      <w:tr w:rsidR="00B81050" w14:paraId="7C046A13" w14:textId="77777777" w:rsidTr="00791736">
        <w:trPr>
          <w:trHeight w:val="453"/>
          <w:jc w:val="center"/>
        </w:trPr>
        <w:tc>
          <w:tcPr>
            <w:tcW w:w="2721" w:type="dxa"/>
            <w:shd w:val="clear" w:color="auto" w:fill="E7E6E6"/>
            <w:vAlign w:val="center"/>
          </w:tcPr>
          <w:p w14:paraId="406FFDCD" w14:textId="77777777" w:rsidR="00B81050" w:rsidRDefault="00791736" w:rsidP="00791736">
            <w:pPr>
              <w:spacing w:after="0" w:line="240" w:lineRule="auto"/>
              <w:jc w:val="center"/>
            </w:pPr>
            <w:r>
              <w:rPr>
                <w:b/>
              </w:rPr>
              <w:t>商号又は名称</w:t>
            </w:r>
          </w:p>
        </w:tc>
        <w:tc>
          <w:tcPr>
            <w:tcW w:w="6350" w:type="dxa"/>
            <w:vAlign w:val="center"/>
          </w:tcPr>
          <w:p w14:paraId="236886B4" w14:textId="77777777" w:rsidR="00B81050" w:rsidRDefault="00B81050" w:rsidP="00791736">
            <w:pPr>
              <w:spacing w:after="0" w:line="240" w:lineRule="auto"/>
            </w:pPr>
          </w:p>
        </w:tc>
      </w:tr>
      <w:tr w:rsidR="00B81050" w14:paraId="13C0EAF9" w14:textId="77777777" w:rsidTr="00791736">
        <w:trPr>
          <w:trHeight w:val="453"/>
          <w:jc w:val="center"/>
        </w:trPr>
        <w:tc>
          <w:tcPr>
            <w:tcW w:w="2721" w:type="dxa"/>
            <w:shd w:val="clear" w:color="auto" w:fill="E7E6E6"/>
            <w:vAlign w:val="center"/>
          </w:tcPr>
          <w:p w14:paraId="50664E11" w14:textId="77777777" w:rsidR="00B81050" w:rsidRDefault="00791736" w:rsidP="00791736">
            <w:pPr>
              <w:spacing w:after="0" w:line="240" w:lineRule="auto"/>
              <w:jc w:val="center"/>
            </w:pPr>
            <w:r>
              <w:rPr>
                <w:b/>
              </w:rPr>
              <w:t>代表者職・氏名</w:t>
            </w:r>
          </w:p>
        </w:tc>
        <w:tc>
          <w:tcPr>
            <w:tcW w:w="6350" w:type="dxa"/>
            <w:vAlign w:val="center"/>
          </w:tcPr>
          <w:p w14:paraId="7FCDC30E" w14:textId="77777777" w:rsidR="00B81050" w:rsidRDefault="00B81050" w:rsidP="00791736">
            <w:pPr>
              <w:spacing w:after="0" w:line="240" w:lineRule="auto"/>
            </w:pPr>
          </w:p>
        </w:tc>
      </w:tr>
      <w:tr w:rsidR="00B81050" w14:paraId="0F7F7ECD" w14:textId="77777777" w:rsidTr="00791736">
        <w:trPr>
          <w:trHeight w:val="453"/>
          <w:jc w:val="center"/>
        </w:trPr>
        <w:tc>
          <w:tcPr>
            <w:tcW w:w="2721" w:type="dxa"/>
            <w:shd w:val="clear" w:color="auto" w:fill="E7E6E6"/>
            <w:vAlign w:val="center"/>
          </w:tcPr>
          <w:p w14:paraId="6B0301BC" w14:textId="77777777" w:rsidR="00B81050" w:rsidRDefault="00791736" w:rsidP="00791736">
            <w:pPr>
              <w:spacing w:after="0" w:line="240" w:lineRule="auto"/>
              <w:jc w:val="center"/>
            </w:pPr>
            <w:r>
              <w:rPr>
                <w:b/>
              </w:rPr>
              <w:t>担当者</w:t>
            </w:r>
          </w:p>
        </w:tc>
        <w:tc>
          <w:tcPr>
            <w:tcW w:w="6350" w:type="dxa"/>
            <w:vAlign w:val="center"/>
          </w:tcPr>
          <w:p w14:paraId="6D667ABC" w14:textId="77777777" w:rsidR="00B81050" w:rsidRDefault="00791736" w:rsidP="00791736">
            <w:pPr>
              <w:spacing w:after="0" w:line="240" w:lineRule="auto"/>
            </w:pPr>
            <w:r>
              <w:t>所属：　　　　　　　　　　　氏名：</w:t>
            </w:r>
          </w:p>
        </w:tc>
      </w:tr>
    </w:tbl>
    <w:p w14:paraId="293045BB" w14:textId="77777777" w:rsidR="00B81050" w:rsidRDefault="00791736" w:rsidP="00F830FD">
      <w:pPr>
        <w:spacing w:beforeLines="100" w:before="240" w:after="240"/>
        <w:rPr>
          <w:lang w:eastAsia="ja-JP"/>
        </w:rPr>
      </w:pPr>
      <w:r>
        <w:rPr>
          <w:b/>
          <w:lang w:eastAsia="ja-JP"/>
        </w:rPr>
        <w:t>１　連絡先及び調査担当者</w:t>
      </w:r>
    </w:p>
    <w:tbl>
      <w:tblPr>
        <w:tblW w:w="0" w:type="auto"/>
        <w:jc w:val="center"/>
        <w:tblLayout w:type="fixed"/>
        <w:tblLook w:val="04A0" w:firstRow="1" w:lastRow="0" w:firstColumn="1" w:lastColumn="0" w:noHBand="0" w:noVBand="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2721"/>
        <w:gridCol w:w="6350"/>
      </w:tblGrid>
      <w:tr w:rsidR="00B81050" w14:paraId="411FC2E0" w14:textId="77777777" w:rsidTr="00791736">
        <w:trPr>
          <w:trHeight w:val="453"/>
          <w:jc w:val="center"/>
        </w:trPr>
        <w:tc>
          <w:tcPr>
            <w:tcW w:w="2721" w:type="dxa"/>
            <w:shd w:val="clear" w:color="auto" w:fill="E7E6E6"/>
            <w:vAlign w:val="center"/>
          </w:tcPr>
          <w:p w14:paraId="3BEFE6CF" w14:textId="77777777" w:rsidR="00B81050" w:rsidRDefault="00791736" w:rsidP="00791736">
            <w:pPr>
              <w:spacing w:after="0" w:line="240" w:lineRule="auto"/>
              <w:jc w:val="center"/>
            </w:pPr>
            <w:proofErr w:type="spellStart"/>
            <w:r>
              <w:rPr>
                <w:b/>
              </w:rPr>
              <w:t>電話番号</w:t>
            </w:r>
            <w:proofErr w:type="spellEnd"/>
          </w:p>
        </w:tc>
        <w:tc>
          <w:tcPr>
            <w:tcW w:w="6350" w:type="dxa"/>
            <w:vAlign w:val="center"/>
          </w:tcPr>
          <w:p w14:paraId="7D765ECC" w14:textId="77777777" w:rsidR="00B81050" w:rsidRDefault="00B81050" w:rsidP="00791736">
            <w:pPr>
              <w:spacing w:after="0" w:line="240" w:lineRule="auto"/>
            </w:pPr>
          </w:p>
        </w:tc>
      </w:tr>
      <w:tr w:rsidR="00B81050" w14:paraId="5EC281E7" w14:textId="77777777" w:rsidTr="00791736">
        <w:trPr>
          <w:trHeight w:val="453"/>
          <w:jc w:val="center"/>
        </w:trPr>
        <w:tc>
          <w:tcPr>
            <w:tcW w:w="2721" w:type="dxa"/>
            <w:shd w:val="clear" w:color="auto" w:fill="E7E6E6"/>
            <w:vAlign w:val="center"/>
          </w:tcPr>
          <w:p w14:paraId="7A83F47F" w14:textId="77777777" w:rsidR="00B81050" w:rsidRDefault="00791736" w:rsidP="00791736">
            <w:pPr>
              <w:spacing w:after="0" w:line="240" w:lineRule="auto"/>
              <w:jc w:val="center"/>
            </w:pPr>
            <w:r>
              <w:rPr>
                <w:b/>
              </w:rPr>
              <w:t>電子メールアドレス</w:t>
            </w:r>
          </w:p>
        </w:tc>
        <w:tc>
          <w:tcPr>
            <w:tcW w:w="6350" w:type="dxa"/>
            <w:vAlign w:val="center"/>
          </w:tcPr>
          <w:p w14:paraId="3347A645" w14:textId="77777777" w:rsidR="00B81050" w:rsidRDefault="00B81050" w:rsidP="00791736">
            <w:pPr>
              <w:spacing w:after="0" w:line="240" w:lineRule="auto"/>
            </w:pPr>
          </w:p>
        </w:tc>
      </w:tr>
      <w:tr w:rsidR="00B81050" w14:paraId="20437E3F" w14:textId="77777777" w:rsidTr="00791736">
        <w:trPr>
          <w:trHeight w:val="453"/>
          <w:jc w:val="center"/>
        </w:trPr>
        <w:tc>
          <w:tcPr>
            <w:tcW w:w="2721" w:type="dxa"/>
            <w:shd w:val="clear" w:color="auto" w:fill="E7E6E6"/>
            <w:vAlign w:val="center"/>
          </w:tcPr>
          <w:p w14:paraId="66FE56C7" w14:textId="77777777" w:rsidR="00B81050" w:rsidRDefault="00791736" w:rsidP="00791736">
            <w:pPr>
              <w:spacing w:after="0" w:line="240" w:lineRule="auto"/>
              <w:jc w:val="center"/>
              <w:rPr>
                <w:lang w:eastAsia="ja-JP"/>
              </w:rPr>
            </w:pPr>
            <w:r>
              <w:rPr>
                <w:b/>
                <w:lang w:eastAsia="ja-JP"/>
              </w:rPr>
              <w:t>調査担当者の所属・氏名</w:t>
            </w:r>
          </w:p>
        </w:tc>
        <w:tc>
          <w:tcPr>
            <w:tcW w:w="6350" w:type="dxa"/>
            <w:vAlign w:val="center"/>
          </w:tcPr>
          <w:p w14:paraId="465404A8" w14:textId="77777777" w:rsidR="00B81050" w:rsidRDefault="00B81050" w:rsidP="00791736">
            <w:pPr>
              <w:spacing w:after="0" w:line="240" w:lineRule="auto"/>
              <w:rPr>
                <w:lang w:eastAsia="ja-JP"/>
              </w:rPr>
            </w:pPr>
          </w:p>
        </w:tc>
      </w:tr>
      <w:tr w:rsidR="00B81050" w14:paraId="7DB3F314" w14:textId="77777777" w:rsidTr="00791736">
        <w:trPr>
          <w:trHeight w:val="453"/>
          <w:jc w:val="center"/>
        </w:trPr>
        <w:tc>
          <w:tcPr>
            <w:tcW w:w="2721" w:type="dxa"/>
            <w:shd w:val="clear" w:color="auto" w:fill="E7E6E6"/>
            <w:vAlign w:val="center"/>
          </w:tcPr>
          <w:p w14:paraId="584EE8DD" w14:textId="77777777" w:rsidR="00B81050" w:rsidRDefault="00791736" w:rsidP="00791736">
            <w:pPr>
              <w:spacing w:after="0" w:line="240" w:lineRule="auto"/>
              <w:jc w:val="center"/>
            </w:pPr>
            <w:proofErr w:type="spellStart"/>
            <w:r>
              <w:rPr>
                <w:b/>
              </w:rPr>
              <w:t>調査を行う予定者数</w:t>
            </w:r>
            <w:proofErr w:type="spellEnd"/>
          </w:p>
        </w:tc>
        <w:tc>
          <w:tcPr>
            <w:tcW w:w="6350" w:type="dxa"/>
            <w:vAlign w:val="center"/>
          </w:tcPr>
          <w:p w14:paraId="6648460B" w14:textId="77777777" w:rsidR="00B81050" w:rsidRDefault="00791736" w:rsidP="00791736">
            <w:pPr>
              <w:spacing w:after="0" w:line="240" w:lineRule="auto"/>
            </w:pPr>
            <w:r>
              <w:t xml:space="preserve">　　　　　人</w:t>
            </w:r>
          </w:p>
        </w:tc>
      </w:tr>
    </w:tbl>
    <w:p w14:paraId="7B81335C" w14:textId="77777777" w:rsidR="00B81050" w:rsidRDefault="00791736" w:rsidP="00F830FD">
      <w:pPr>
        <w:spacing w:beforeLines="150" w:before="360" w:after="240"/>
      </w:pPr>
      <w:r>
        <w:rPr>
          <w:b/>
        </w:rPr>
        <w:t>２　誓約事項</w:t>
      </w:r>
    </w:p>
    <w:p w14:paraId="269C3C3F" w14:textId="3FA83576" w:rsidR="00B81050" w:rsidRDefault="00791736" w:rsidP="00F830FD">
      <w:pPr>
        <w:spacing w:after="20"/>
        <w:ind w:leftChars="300" w:left="570"/>
        <w:rPr>
          <w:lang w:eastAsia="ja-JP"/>
        </w:rPr>
      </w:pPr>
      <w:r>
        <w:rPr>
          <w:lang w:eastAsia="ja-JP"/>
        </w:rPr>
        <w:t>□</w:t>
      </w:r>
      <w:r w:rsidR="008F09D8">
        <w:rPr>
          <w:rFonts w:hint="eastAsia"/>
          <w:lang w:eastAsia="ja-JP"/>
        </w:rPr>
        <w:t xml:space="preserve"> </w:t>
      </w:r>
      <w:r w:rsidR="00F830FD">
        <w:rPr>
          <w:rFonts w:hint="eastAsia"/>
          <w:lang w:eastAsia="ja-JP"/>
        </w:rPr>
        <w:t xml:space="preserve">　</w:t>
      </w:r>
      <w:r>
        <w:rPr>
          <w:lang w:eastAsia="ja-JP"/>
        </w:rPr>
        <w:t>1　本業務の企画提案に必要な範囲でのみ使用します。</w:t>
      </w:r>
    </w:p>
    <w:p w14:paraId="52BFFF0C" w14:textId="04B2D372"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2　認証情報を、本業務の企画提案に関わる者以外へ提供又は共有しません。</w:t>
      </w:r>
    </w:p>
    <w:p w14:paraId="2AA8581C" w14:textId="5B66762F"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3　調査対象情報を複製、転載、公表又は第三者へ提供しません。</w:t>
      </w:r>
    </w:p>
    <w:p w14:paraId="17490177" w14:textId="04D0C4A4"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4　個人情報、非公開情報その他の秘密情報を適切に管理します。</w:t>
      </w:r>
    </w:p>
    <w:p w14:paraId="66C9FD28" w14:textId="581479B4"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5　本市の承認なく、自動収集、脆弱性診断、負荷試験等を行いません。</w:t>
      </w:r>
    </w:p>
    <w:p w14:paraId="6E01D9F2" w14:textId="248DDC16"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6　本市からの利用停止、返却又は削除の指示に直ちに従います。</w:t>
      </w:r>
    </w:p>
    <w:p w14:paraId="581300C3" w14:textId="71410ED5" w:rsidR="00B81050" w:rsidRDefault="00791736" w:rsidP="00F830FD">
      <w:pPr>
        <w:spacing w:after="20"/>
        <w:ind w:leftChars="300" w:left="570"/>
        <w:rPr>
          <w:lang w:eastAsia="ja-JP"/>
        </w:rPr>
      </w:pPr>
      <w:r>
        <w:rPr>
          <w:lang w:eastAsia="ja-JP"/>
        </w:rPr>
        <w:t xml:space="preserve">□ </w:t>
      </w:r>
      <w:r w:rsidR="00F830FD">
        <w:rPr>
          <w:rFonts w:hint="eastAsia"/>
          <w:lang w:eastAsia="ja-JP"/>
        </w:rPr>
        <w:t xml:space="preserve">　</w:t>
      </w:r>
      <w:r>
        <w:rPr>
          <w:lang w:eastAsia="ja-JP"/>
        </w:rPr>
        <w:t>7　本誓約への違反により生じた損害は、当方の責任で対応します。</w:t>
      </w:r>
    </w:p>
    <w:p w14:paraId="6C112FC0" w14:textId="77777777" w:rsidR="00B81050" w:rsidRDefault="00791736" w:rsidP="00F830FD">
      <w:pPr>
        <w:spacing w:beforeLines="200" w:before="480"/>
        <w:ind w:rightChars="200" w:right="380"/>
        <w:jc w:val="right"/>
      </w:pPr>
      <w:r>
        <w:rPr>
          <w:b/>
          <w:lang w:eastAsia="ja-JP"/>
        </w:rPr>
        <w:t xml:space="preserve">上記の全項目を確認し、誓約します。　</w:t>
      </w:r>
      <w:r>
        <w:rPr>
          <w:b/>
        </w:rPr>
        <w:t>□</w:t>
      </w:r>
    </w:p>
    <w:sectPr w:rsidR="00B81050" w:rsidSect="00034616">
      <w:headerReference w:type="default" r:id="rId8"/>
      <w:footerReference w:type="default" r:id="rId9"/>
      <w:headerReference w:type="first" r:id="rId10"/>
      <w:footerReference w:type="first" r:id="rId11"/>
      <w:pgSz w:w="12240" w:h="15840"/>
      <w:pgMar w:top="737" w:right="1077" w:bottom="73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25E9" w14:textId="77777777" w:rsidR="00791736" w:rsidRDefault="00791736">
      <w:pPr>
        <w:spacing w:after="0" w:line="240" w:lineRule="auto"/>
      </w:pPr>
      <w:r>
        <w:separator/>
      </w:r>
    </w:p>
  </w:endnote>
  <w:endnote w:type="continuationSeparator" w:id="0">
    <w:p w14:paraId="3FFE1DB9" w14:textId="77777777" w:rsidR="00791736" w:rsidRDefault="0079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BC2C" w14:textId="77777777" w:rsidR="00B81050" w:rsidRDefault="00B8105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98D0" w14:textId="77777777" w:rsidR="00B81050" w:rsidRDefault="00B810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2B38" w14:textId="77777777" w:rsidR="00791736" w:rsidRDefault="00791736">
      <w:pPr>
        <w:spacing w:after="0" w:line="240" w:lineRule="auto"/>
      </w:pPr>
      <w:r>
        <w:separator/>
      </w:r>
    </w:p>
  </w:footnote>
  <w:footnote w:type="continuationSeparator" w:id="0">
    <w:p w14:paraId="1DDBCFB5" w14:textId="77777777" w:rsidR="00791736" w:rsidRDefault="00791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D02E" w14:textId="77777777" w:rsidR="00B81050" w:rsidRDefault="00B8105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7680" w14:textId="77777777" w:rsidR="00B81050" w:rsidRDefault="00B8105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04025096">
    <w:abstractNumId w:val="8"/>
  </w:num>
  <w:num w:numId="2" w16cid:durableId="1295990342">
    <w:abstractNumId w:val="6"/>
  </w:num>
  <w:num w:numId="3" w16cid:durableId="446390571">
    <w:abstractNumId w:val="5"/>
  </w:num>
  <w:num w:numId="4" w16cid:durableId="502011093">
    <w:abstractNumId w:val="4"/>
  </w:num>
  <w:num w:numId="5" w16cid:durableId="485097518">
    <w:abstractNumId w:val="7"/>
  </w:num>
  <w:num w:numId="6" w16cid:durableId="452484981">
    <w:abstractNumId w:val="3"/>
  </w:num>
  <w:num w:numId="7" w16cid:durableId="2071690642">
    <w:abstractNumId w:val="2"/>
  </w:num>
  <w:num w:numId="8" w16cid:durableId="655569026">
    <w:abstractNumId w:val="1"/>
  </w:num>
  <w:num w:numId="9" w16cid:durableId="31853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012"/>
    <w:rsid w:val="0015074B"/>
    <w:rsid w:val="0029639D"/>
    <w:rsid w:val="00326F90"/>
    <w:rsid w:val="00791736"/>
    <w:rsid w:val="008F09D8"/>
    <w:rsid w:val="00AA1D8D"/>
    <w:rsid w:val="00B47730"/>
    <w:rsid w:val="00B61F60"/>
    <w:rsid w:val="00B81050"/>
    <w:rsid w:val="00CB0664"/>
    <w:rsid w:val="00F830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5D98A55"/>
  <w14:defaultImageDpi w14:val="300"/>
  <w15:docId w15:val="{63458A34-EE32-43B7-BE41-DD20AFB1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40"/>
    </w:pPr>
    <w:rPr>
      <w:rFonts w:ascii="游明朝" w:eastAsia="游明朝" w:hAnsi="游明朝"/>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80</Words>
  <Characters>459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中島　健太</dc:creator>
  <keywords/>
  <dc:description>generated by python-docx</dc:description>
  <lastModifiedBy>中島　健太</lastModifiedBy>
  <revision>4</revision>
  <dcterms:created xsi:type="dcterms:W3CDTF">2026-09-02T09:56:57.8803828Z</dcterms:created>
  <dcterms:modified xsi:type="dcterms:W3CDTF">2026-09-02T09:56:57.8803828Z</dcterms:modified>
  <category/>
  <dc:language>ja-JP</dc:language>
</coreProperties>
</file>